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Download the agenda</w:t>
      </w:r>
    </w:p>
    <w:p>
      <w:r>
        <w:t>BOARD MEETING AGENDA</w:t>
      </w:r>
    </w:p>
    <w:p>
      <w:r>
        <w:t>[Association name]</w:t>
      </w:r>
    </w:p>
    <w:p>
      <w:r>
        <w:t>Date: ____________   Time: ____________   Place: ____________</w:t>
      </w:r>
    </w:p>
    <w:p>
      <w:r>
        <w:t>1. Call to order</w:t>
      </w:r>
    </w:p>
    <w:p>
      <w:r>
        <w:t>2. Roll call and quorum check</w:t>
      </w:r>
    </w:p>
    <w:p>
      <w:r>
        <w:t>3. Reading and approval of the minutes of the last meeting</w:t>
      </w:r>
    </w:p>
    <w:p>
      <w:r>
        <w:t>4. Officers' reports</w:t>
      </w:r>
    </w:p>
    <w:p>
      <w:r>
        <w:t>5. Committee reports</w:t>
      </w:r>
    </w:p>
    <w:p>
      <w:r>
        <w:t>6. Special orders (business set for this meeting)</w:t>
      </w:r>
    </w:p>
    <w:p>
      <w:r>
        <w:t>7. Unfinished business</w:t>
      </w:r>
    </w:p>
    <w:p>
      <w:r>
        <w:t>8. New business (each item: motion, second, debate, vote)</w:t>
      </w:r>
    </w:p>
    <w:p>
      <w:r>
        <w:t>9. Announcements</w:t>
      </w:r>
    </w:p>
    <w:p>
      <w:r>
        <w:t>10. Adjournment</w:t>
      </w:r>
    </w:p>
    <w:p>
      <w:r>
        <w:t>Motion log</w:t>
      </w:r>
    </w:p>
    <w:p>
      <w:r>
        <w:t>Motion: ______________________   Moved by: __________   Seconded by: __________</w:t>
      </w:r>
    </w:p>
    <w:p>
      <w:r>
        <w:t>Vote: Yes ____  No ____  Abstain ____   Result: Carried / Failed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