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Download the quorum table</w:t>
      </w:r>
    </w:p>
    <w:p>
      <w:r>
        <w:t>| Scenario | Members needed for a quorum |</w:t>
      </w:r>
    </w:p>
    <w:p>
      <w:r>
        <w:t>|---|---|</w:t>
      </w:r>
    </w:p>
    <w:p>
      <w:r>
        <w:t>| Board of 3 voting members | 2 |</w:t>
      </w:r>
    </w:p>
    <w:p>
      <w:r>
        <w:t>| Board of 4 voting members | 3 |</w:t>
      </w:r>
    </w:p>
    <w:p>
      <w:r>
        <w:t>| Board of 5 voting members | 3 |</w:t>
      </w:r>
    </w:p>
    <w:p>
      <w:r>
        <w:t>| Board of 6 voting members | 4 |</w:t>
      </w:r>
    </w:p>
    <w:p>
      <w:r>
        <w:t>| Board of 7 voting members | 4 |</w:t>
      </w:r>
    </w:p>
    <w:p>
      <w:r>
        <w:t>| Board of 9 voting members | 5 |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