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Download the emergency meeting notice</w:t>
      </w:r>
    </w:p>
    <w:p>
      <w:r>
        <w:t>NOTICE OF EMERGENCY BOARD MEETING</w:t>
      </w:r>
    </w:p>
    <w:p>
      <w:r>
        <w:t>[ASSOCIATION NAME]</w:t>
      </w:r>
    </w:p>
    <w:p>
      <w:r>
        <w:t>An emergency meeting of the board of directors will be held:</w:t>
      </w:r>
    </w:p>
    <w:p>
      <w:r>
        <w:t>Date: ____________  Time: ____________</w:t>
      </w:r>
    </w:p>
    <w:p>
      <w:r>
        <w:t>Location or call-in details: ____________</w:t>
      </w:r>
    </w:p>
    <w:p>
      <w:r>
        <w:t>Reason the meeting cannot wait for regular notice (unforeseen event requiring immediate action):</w:t>
      </w:r>
    </w:p>
    <w:p>
      <w:r>
        <w:t>____________</w:t>
      </w:r>
    </w:p>
    <w:p>
      <w:r>
        <w:t>Matter to be decided: ____________</w:t>
      </w:r>
    </w:p>
    <w:p>
      <w:r>
        <w:t>No other business will be taken up.</w:t>
      </w:r>
    </w:p>
    <w:p>
      <w:r>
        <w:t>Notice given on ____________ by [mail / email / posting / telephone], as practicable.</w:t>
      </w:r>
    </w:p>
    <w:p>
      <w:r>
        <w:t>Authority: [state statute or bylaws section] ____________</w:t>
      </w:r>
    </w:p>
    <w:p>
      <w:r>
        <w:t>Issued by: ____________, Secretary   Date: 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